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לדמוקרטיה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(בעוצמה, כמו מכה)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(שאי אפשר להכניע)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שמופעל בידי אחר, בלי רצון משלו)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בעוצמה, כמו מכה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טענו בגאווה למשהו שאין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שאי אפשר להכניע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התיימרו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תקיפה פירושה בעוצמה, כמו מכה.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הפירוש המדויק של המילה.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המילים החדשות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הרוח נשבה בתקיפה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תקיפה מתארת כוח ועוצמה, בלתי נכבשת מתארת חוזק שאי אפשר להכניע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משטר עם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גולם פועל בלי רצון משלו, בניגוד לבחירה חופשית שבה האדם מחליט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במלואו לפני התרגול כדי לתת הקשר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המעבר למשימות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חופשי בדוגמאות מהחיים האמיתיים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שקראנו לקראת הבחירות מופיעות מילים מיוחדות שקשורות לשלטון, לכוח ולחירות. בדף הזה נתרגל את המשמעות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משטרים  ·  התיימרו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מילים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בְּהֹלֶם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שמופעל בידי אחר, בלי רצון משלו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בִּלְתִּי נִכְבֶּשֶׁת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בעוצמה, כמו 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גֹּלֶם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שאי אפשר להכניע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תקיפה?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התיימרו?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הצירוף בלתי נכבשת?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שאי אפשר להכניע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חזקה ונחושה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הדמוקרטיה היא אחד מתוך הרבה __________ הקיימים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המנהיגים __________ שהם דואגים לכל האזרחים, אך זה לא היה נכון.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'תקיפה' פירושה בעדינות, בלי כוח.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'לרשת' פירושה להשתלט ולקבל לידיים.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משלכם עם המילה תקיפה.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במילים שלכם מה ההבדל בין תקיפה לבלתי נכבשת.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למשטר, ותארו אותו באחת המילים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