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לדמוקרטיה ולשלטון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מתוך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מילים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(בעוצמה, כמו מכה)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ז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(טענו בגאווה למשהו שאין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(שאי אפשר להכניע)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(נחלש ונעלם)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ח (מי שמופעל בידי אחר, בלי רצון משלו)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ה (להשתלט, לקבל לידיהם)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ו (שיטות שלטון)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בעוצמה, כמו מכה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חזקה ונחושה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טענו בגאווה למשהו שאין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שאי אפשר להכניע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נחלש ונעלם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שיטות 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נכבשת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התיימרו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תקיפה פירושה בעוצמה, כמו מכה.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הפירוש המדויק של המילה.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גולם הוא מי שמופעל בידי אחר, בלי רצון משלו.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הוא הנכון, אי אפשר להכניע אותו.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הפירוש המדויק של המילה.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המילים החדשות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הרוח נשבה בתקיפה גדולה.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משתמש נכון בלפחות שתי מילים מהרשימה ומסביר את הקשר לדמוקרטיה בצורה הגיונית.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תקיפה מתארת כוח ועוצמה, בלתי נכבשת מתארת חוזק שאי אפשר להכניע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של משטר עם שימוש נכון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גולם פועל בלי רצון משלו, בניגוד לבחירה חופשית שבה האדם מחליט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השיר במלואו לפני התרגול כדי לתת הקשר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לפני המעבר למשימות היחיד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חופשי בדוגמאות מהחיים האמיתיים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חדשות בשיר על הבחירות. בדף הזה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בעוצמה, כמו מכה חזקה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התיימרו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טענו בגאווה דבר שלא נכון לגביהם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נכבשת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שאי אפשר להכניע או לנצח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נחלש ונעלם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שמופעל בידי מישהו אחר, בלי רצון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להשתלט, לקחת לידיים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שיטות שלטון שונות במדינות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מילים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נחלש ונעלם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בְּהֹלֶם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בעוצמה, כמו מכה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הִתְיַמְּרוּ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שאי אפשר להכניע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בִּלְתִּי נִכְבֶּשֶׁת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טענו בגאווה למשהו שאין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גָּוַע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להשתלט, לקבל לידיהם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גֹּלֶם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שיטות 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לָרֶשֶׁת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מִשְׁטָרִים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מי שמופעל בידי אחר, בלי רצון משלו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תקיפה?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בהלם?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חזקה ונחושה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 אפשר להכניע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שמופעל בידי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התיימרו?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בלתי נכבשת?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 אפשר להכניע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חזקה ונחושה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שמופעל בידי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גווע?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משטרים?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 אפשר להכניע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הדמוקרטיה היא אחד מתוך הרבה __________ הקיימים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 אפשר להכניע את העם החופשי,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המנהיגים __________ שהם דואגים לכל האזרחים, אך זה לא היה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התקווה הישנה כמעט __________ בתקופות קשות, אך העם המשיך להאמין.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בובת ה__________ זזה רק כשמישהו הפעיל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'תקיפה' פירושה בעדינות, בלי כוח.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'לרשת' פירושה להשתלט ולקבל לידיים.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'גולם' מתארת מישהו שפועל מרצונו החופשי.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'בלתי נכבשת' מתאר משהו שקל להכניע.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'משטרים' מתייחסת לשיטות שלטון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תקיפה.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שלמדתם וכתבו פסקה קצרה שמסבירה מה הופך משטר לדמוקרטי, תוך שימוש במילים אלה.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 ההבדל בין תקיפה לבלתי נכבשת.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למשטר, ותארו אותו באחת המילים שלמדתם.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המילה גולם לבין הרעיון של בחירה חופשית?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לקראת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