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תחי הדמוקרטיה – שיעור שירה לקראת הבחירות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לקראת הבחירות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הקשורות לדמוקרטיה ולשלטון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משמעות מילים מתוך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במילים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התאמת מילים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ז (בעוצמה, כמו מכה)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(חזקה ונחושה)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(טענו בגאווה למשהו שאין להם)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(שאי אפשר להכניע)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(נחלש ונעלם)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(מי שמופעל בידי אחר, בלי רצון משלו)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 – ח (להשתלט, לקבל לידיהם)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 – ה (שיטות שלטון)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בחרו את הפירוש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בעוצמה, כמו מכה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חזקה ונחושה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טענו בגאווה למשהו שאין 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שאי אפשר להכניע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נחלש ונעלם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שיטות שלטון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משטרים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בלתי נכבשת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התיימרו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גווע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תקיפה פירושה בעוצמה, כמו מכה.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הפירוש המדויק של המילה.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גולם הוא מי שמופעל בידי אחר, בלי רצון משלו.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ההפך הוא הנכון, אי אפשר להכניע אותו.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הפירוש המדויק של המילה.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עם המילים החדשות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דוגמה: הרוח נשבה בתקיפה גדולה.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משתמש נכון בלפחות שתי מילים מהרשימה ומסביר את הקשר לדמוקרטיה בצורה הגיונית.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תקיפה מתארת כוח ועוצמה, בלתי נכבשת מתארת חוזק שאי אפשר להכניע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סבירה של משטר עם שימוש נכון במילה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גולם פועל בלי רצון משלו, בניגוד לבחירה חופשית שבה האדם מחליט בעצמו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השיר במלואו לפני התרגול כדי לתת הקשר למילים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 על חלק ההתאמה לפני המעבר למשימות היחיד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שימוש חופשי בדוגמאות מהחיים האמיתיים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תחי הדמוקרטיה – שיעור שירה לקראת הבחירות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לקראת הבחירות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בשיר שקראנו לקראת הבחירות מופיעות מילים מיוחדות שקשורות לשלטון, לכוח ולחירות. בדף הזה נתרגל את המשמעות שלהן.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התאמת מילים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תַּקִּיפָה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טענו בגאווה למשהו שאין להם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בְּהֹלֶם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נחלש ונעלם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הִתְיַמְּרוּ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 שמופעל בידי אחר, בלי רצון משלו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בִּלְתִּי נִכְבֶּשֶׁת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חזקה ונחושה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גָּוַע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שיטות שלטון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גֹּלֶם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שאי אפשר להכניע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7. לָרֶשֶׁת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ז. בעוצמה, כמו מכה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8. מִשְׁטָרִים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ח. להשתלט, לקבל לידיהם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בחרו את הפירוש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פירוש המילה תקיפה?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בעוצמה, כמו מכה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נחלש ונעלם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שיטות שלטון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להשתלט, לקבל לידיים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פירוש המילה בהלם?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חזקה ונחושה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טענו בגאווה למשהו שאין 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שאי אפשר להכניע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שמופעל בידי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פירוש המילה התיימרו?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טענו בגאווה למשהו שאין 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נחלש ונעלם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בעוצמה, כמו מכה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שיטות שלטון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פירוש הצירוף בלתי נכבשת?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שאי אפשר להכניע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להשתלט, לקבל לידיים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חזקה ונחושה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שמופעל בידי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פירוש המילה גווע?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נחלש ונעלם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שיטות שלטון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טענו בגאווה למשהו שאין 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בעוצמה, כמו מכה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פירוש המילה משטרים?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שיטות שלטון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להשתלט, לקבל לידיים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נחלש ונעלם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שאי אפשר להכניע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הדמוקרטיה היא אחד מתוך הרבה __________ הקיימים בעולם.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אי אפשר להכניע את העם החופשי,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המנהיגים __________ שהם דואגים לכל האזרחים, אך זה לא היה 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התקווה הישנה כמעט __________ בתקופות קשות, אך העם המשיך להאמין.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בובת ה__________ זזה רק כשמישהו הפעיל אותה.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'תקיפה' פירושה בעדינות, בלי כוח.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'לרשת' פירושה להשתלט ולקבל לידיים.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'גולם' מתארת מישהו שפועל מרצונו החופשי.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הביטוי 'בלתי נכבשת' מתאר משהו שקל להכניע.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'משטרים' מתייחסת לשיטות שלטון שונות.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עם המילים החדשות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משלכם עם המילה תקיפה.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שתיים מהמילים שלמדתם וכתבו פסקה קצרה שמסבירה מה הופך משטר לדמוקרטי, תוך שימוש במילים אלה.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במילים שלכם מה ההבדל בין תקיפה לבלתי נכבשת.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למשטר, ותארו אותו באחת המילים שלמדתם.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הקשר בין המילה גולם לבין הרעיון של בחירה חופשית?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אוצר מילים לקראת הבחירות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